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מתכון לאישיות טובה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מידות (תכונות אופי) שונות ואת חשיבותן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שכל מידה צריכה 'כמות' מתאימה ולא תמיד הרבה הוא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יצירת 'מתכון אישי' משלי למידות טובות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צריך ללמוד איך, מתי ובאיזו כמות להשתמש בכל 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טיפה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המידות שמופיעות במתכון הדוגמה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במתכון מופיע 'שתי כפות של סבלנות', לא קורט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הנקודה היא גם ללמוד איך ומתי להשתמש בכל מידה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אהבת הזולת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ענווה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כמות למידה (לפי ההיגיון שלכם)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(שתי כפות)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(קורט)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(כפית)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הכנת המתכון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4-5 מידות שחשובות 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קבעו לכל מידה כמות מתאימה - הרבה או מעט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כתבו את רשימת המצרכים (המידות והכמויות)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כתבו הוראת הכנה - איך לשלב ביניהן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 - המתכון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4-5 מידות מהרשימה, מתאים/ה כמות הגיונית לכל מידה (לא תמיד הכי הרבה), ומסביר/ה בקצרה את הבחירה - למשל מדוע צריך הרבה מידה אחת ומעט מאחרת.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שכמות נכונה חשובה לא פחות מבחירת המידה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יכולת לנמק בחירת כמות למידה מסוימת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שהשילוב בין המידות (אופן ההכנה) חשוב כמו המידות עצמן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לעבוד בזוגות ולהציג את המתכון שלהם בפני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נימוקים אישיים ולא רק העתקה מהדוגמה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להרחיב ולדון מה קורה כשיש יותר מדי מידה אחת (למשל אומץ רב מדי)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מתכון לאישיות טובה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רעיון 'מתכון לאישיות טובה' - בחירת מידות טובות וקביעת הכמות הנכונה לכל אחת מהן, כמו במתכון בישול אמיתי.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אהבת הזולת  ·  אומץ  ·  ענווה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המסר המרכזי של 'מתכון לאישיות טובה'?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צריך לאסוף כמה שיותר מידות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צריך ללמוד איך, מתי ובאיזו כמות להשתמש בכל 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מידה אחת חשובה באמת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כמות הכי גדולה מבין אלו?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כמות הכי קטנה מבין אלו?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מנה גדושה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במתכון לדוגמה מופיעה 'כוס של עין טובה'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במתכון לדוגמה מופיעה 'קורט של סבלנות'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עבודת המידות היא רק לאסוף הרבה תכונות טובות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במתכון הדוגמה מופיעה מנה גדושה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במתכון הדוגמה מופיע קורט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במתכון הדוגמה מופיעה כפית של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כמות למידה (לפי ההיגיון שלכם)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כפית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שתי כפות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ענווה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קורט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הכנת המתכון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הוראת הכנה - איך לשלב ביניהן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4-5 מידות שחשובות לכם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קבעו לכל מידה כמות מתאימה - הרבה או מעט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את רשימת המצרכים (המידות והכמויות)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 - המתכון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מתכון אישי לאישיות טובה: בחרו 4-5 מידות, קבעו כמות לכל אחת (למשל כוס, כפית, קורט) והסבירו בקצרה למה בחרתם בכמות הזו דווקא.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אומר לכם הרעיון שלא כל מידה צריכה 'כוס' שלמה?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מידה אחת שלדעתכם מספיק 'קורט' ממנה, ומידה אחת שכדאי 'כוס' ממנה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מתכון לאישיות טובה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